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F2A38" w14:textId="77777777" w:rsidR="002D3375" w:rsidRPr="0060354E" w:rsidRDefault="00750841">
      <w:pPr>
        <w:pStyle w:val="Titel"/>
        <w:rPr>
          <w:lang w:val="da-DK"/>
        </w:rPr>
      </w:pPr>
      <w:r w:rsidRPr="0060354E">
        <w:rPr>
          <w:lang w:val="da-DK"/>
        </w:rPr>
        <w:t>Havnefoged søges til Frederiksværk Lystbådehavn</w:t>
      </w:r>
    </w:p>
    <w:p w14:paraId="4DAA8B6A" w14:textId="77777777" w:rsidR="002D3375" w:rsidRPr="0060354E" w:rsidRDefault="00750841">
      <w:pPr>
        <w:rPr>
          <w:lang w:val="da-DK"/>
        </w:rPr>
      </w:pPr>
      <w:r w:rsidRPr="0060354E">
        <w:rPr>
          <w:lang w:val="da-DK"/>
        </w:rPr>
        <w:t>Har du både administrativt overblik og praktisk sans? Trives du med at skifte mellem opgaver på kontoret og ude på havnen – og med at skabe en god hverdag for bådejere og gæster? Så er du måske vores nye havnefoged.</w:t>
      </w:r>
    </w:p>
    <w:p w14:paraId="22B35221" w14:textId="5244AF20" w:rsidR="002D3375" w:rsidRPr="0060354E" w:rsidRDefault="00750841">
      <w:pPr>
        <w:rPr>
          <w:lang w:val="da-DK"/>
        </w:rPr>
      </w:pPr>
      <w:r w:rsidRPr="0060354E">
        <w:rPr>
          <w:lang w:val="da-DK"/>
        </w:rPr>
        <w:t xml:space="preserve">Frederiksværk Lystbådehavn er et andelsselskab med mange andelshavere. Du får en central rolle i den daglige drift, samarbejder tæt med havneassistenten og refererer til bestyrelsen. </w:t>
      </w:r>
    </w:p>
    <w:p w14:paraId="54626FB0" w14:textId="77777777" w:rsidR="002D3375" w:rsidRPr="0060354E" w:rsidRDefault="00750841">
      <w:pPr>
        <w:pStyle w:val="Overskrift2"/>
        <w:rPr>
          <w:lang w:val="da-DK"/>
        </w:rPr>
      </w:pPr>
      <w:r w:rsidRPr="0060354E">
        <w:rPr>
          <w:lang w:val="da-DK"/>
        </w:rPr>
        <w:t>Dine arbejdsopgaver</w:t>
      </w:r>
    </w:p>
    <w:p w14:paraId="5F639983" w14:textId="77777777" w:rsidR="002D3375" w:rsidRPr="0060354E" w:rsidRDefault="00750841">
      <w:pPr>
        <w:pStyle w:val="Opstilling-punkttegn"/>
        <w:rPr>
          <w:lang w:val="da-DK"/>
        </w:rPr>
      </w:pPr>
      <w:r w:rsidRPr="0060354E">
        <w:rPr>
          <w:lang w:val="da-DK"/>
        </w:rPr>
        <w:t>Administration, planlægning og opfølgning på havnens drift og økonomi.</w:t>
      </w:r>
    </w:p>
    <w:p w14:paraId="0B0529FC" w14:textId="77777777" w:rsidR="002D3375" w:rsidRPr="0060354E" w:rsidRDefault="00750841">
      <w:pPr>
        <w:pStyle w:val="Opstilling-punkttegn"/>
        <w:rPr>
          <w:lang w:val="da-DK"/>
        </w:rPr>
      </w:pPr>
      <w:r w:rsidRPr="0060354E">
        <w:rPr>
          <w:lang w:val="da-DK"/>
        </w:rPr>
        <w:t>Praktisk tilsyn og vedligeholdelse af bygninger, broer, anlæg og faciliteter.</w:t>
      </w:r>
    </w:p>
    <w:p w14:paraId="60285188" w14:textId="77777777" w:rsidR="002D3375" w:rsidRPr="0060354E" w:rsidRDefault="00750841">
      <w:pPr>
        <w:pStyle w:val="Opstilling-punkttegn"/>
        <w:rPr>
          <w:lang w:val="da-DK"/>
        </w:rPr>
      </w:pPr>
      <w:r w:rsidRPr="0060354E">
        <w:rPr>
          <w:lang w:val="da-DK"/>
        </w:rPr>
        <w:t>Kontakt og service til andelshavere, gæster, leverandører og samarbejdspartnere.</w:t>
      </w:r>
    </w:p>
    <w:p w14:paraId="05CCB5F6" w14:textId="77777777" w:rsidR="002D3375" w:rsidRPr="0060354E" w:rsidRDefault="00750841">
      <w:pPr>
        <w:pStyle w:val="Opstilling-punkttegn"/>
        <w:rPr>
          <w:lang w:val="da-DK"/>
        </w:rPr>
      </w:pPr>
      <w:r w:rsidRPr="0060354E">
        <w:rPr>
          <w:lang w:val="da-DK"/>
        </w:rPr>
        <w:t>Søsætning og optagning af både samt øvrige sæsonopgaver.</w:t>
      </w:r>
    </w:p>
    <w:p w14:paraId="196D52E5" w14:textId="77777777" w:rsidR="002D3375" w:rsidRPr="0060354E" w:rsidRDefault="00750841">
      <w:pPr>
        <w:pStyle w:val="Opstilling-punkttegn"/>
        <w:rPr>
          <w:lang w:val="da-DK"/>
        </w:rPr>
      </w:pPr>
      <w:r w:rsidRPr="0060354E">
        <w:rPr>
          <w:lang w:val="da-DK"/>
        </w:rPr>
        <w:t>Projektbeskrivelser, indhentning af tilbud og opfølgning på service og reparationer.</w:t>
      </w:r>
    </w:p>
    <w:p w14:paraId="1211DB55" w14:textId="77777777" w:rsidR="002D3375" w:rsidRPr="0060354E" w:rsidRDefault="00750841">
      <w:pPr>
        <w:pStyle w:val="Opstilling-punkttegn"/>
        <w:rPr>
          <w:lang w:val="da-DK"/>
        </w:rPr>
      </w:pPr>
      <w:r w:rsidRPr="0060354E">
        <w:rPr>
          <w:lang w:val="da-DK"/>
        </w:rPr>
        <w:t>Koordinering og deltagelse i rengøring, renovation og arealpleje efter behov.</w:t>
      </w:r>
    </w:p>
    <w:p w14:paraId="521811F0" w14:textId="77777777" w:rsidR="002D3375" w:rsidRPr="0060354E" w:rsidRDefault="00750841">
      <w:pPr>
        <w:pStyle w:val="Opstilling-punkttegn"/>
        <w:rPr>
          <w:lang w:val="da-DK"/>
        </w:rPr>
      </w:pPr>
      <w:r w:rsidRPr="0060354E">
        <w:rPr>
          <w:lang w:val="da-DK"/>
        </w:rPr>
        <w:t>Dialog og rapportering til bestyrelsen samt bidrag til budgetter og udviklingsprojekter.</w:t>
      </w:r>
    </w:p>
    <w:p w14:paraId="0074F7A9" w14:textId="77777777" w:rsidR="002D3375" w:rsidRPr="0060354E" w:rsidRDefault="00750841">
      <w:pPr>
        <w:pStyle w:val="Opstilling-punkttegn"/>
        <w:rPr>
          <w:lang w:val="da-DK"/>
        </w:rPr>
      </w:pPr>
      <w:r w:rsidRPr="0060354E">
        <w:rPr>
          <w:lang w:val="da-DK"/>
        </w:rPr>
        <w:t>Kommunikation via havnens hjemmeside og Facebook samt samarbejde med havneassistenten.</w:t>
      </w:r>
    </w:p>
    <w:p w14:paraId="224DCF36" w14:textId="77777777" w:rsidR="002D3375" w:rsidRPr="0060354E" w:rsidRDefault="00750841">
      <w:pPr>
        <w:pStyle w:val="Overskrift2"/>
        <w:rPr>
          <w:lang w:val="da-DK"/>
        </w:rPr>
      </w:pPr>
      <w:r w:rsidRPr="0060354E">
        <w:rPr>
          <w:lang w:val="da-DK"/>
        </w:rPr>
        <w:t>Vi forestiller os, at du</w:t>
      </w:r>
    </w:p>
    <w:p w14:paraId="1E1302AB" w14:textId="77777777" w:rsidR="002D3375" w:rsidRPr="0060354E" w:rsidRDefault="00750841">
      <w:pPr>
        <w:pStyle w:val="Opstilling-punkttegn"/>
        <w:rPr>
          <w:lang w:val="da-DK"/>
        </w:rPr>
      </w:pPr>
      <w:r w:rsidRPr="0060354E">
        <w:rPr>
          <w:lang w:val="da-DK"/>
        </w:rPr>
        <w:t>Er selvstændig, struktureret, ansvarsbevidst og god til at afslutte opgaver.</w:t>
      </w:r>
    </w:p>
    <w:p w14:paraId="5A5A1400" w14:textId="77777777" w:rsidR="002D3375" w:rsidRPr="0060354E" w:rsidRDefault="00750841">
      <w:pPr>
        <w:pStyle w:val="Opstilling-punkttegn"/>
        <w:rPr>
          <w:lang w:val="da-DK"/>
        </w:rPr>
      </w:pPr>
      <w:r w:rsidRPr="0060354E">
        <w:rPr>
          <w:lang w:val="da-DK"/>
        </w:rPr>
        <w:t>Har administrativ forståelse, økonomisk overblik og praktisk eller håndværksmæssig erfaring.</w:t>
      </w:r>
    </w:p>
    <w:p w14:paraId="4CBE3D32" w14:textId="77777777" w:rsidR="002D3375" w:rsidRPr="0060354E" w:rsidRDefault="00750841">
      <w:pPr>
        <w:pStyle w:val="Opstilling-punkttegn"/>
        <w:rPr>
          <w:lang w:val="da-DK"/>
        </w:rPr>
      </w:pPr>
      <w:r w:rsidRPr="0060354E">
        <w:rPr>
          <w:lang w:val="da-DK"/>
        </w:rPr>
        <w:t>Er serviceminded og samarbejder godt med mange forskellige mennesker.</w:t>
      </w:r>
    </w:p>
    <w:p w14:paraId="393E8C9E" w14:textId="00C0FAD8" w:rsidR="002D3375" w:rsidRPr="0060354E" w:rsidRDefault="00750841">
      <w:pPr>
        <w:pStyle w:val="Opstilling-punkttegn"/>
        <w:rPr>
          <w:lang w:val="da-DK"/>
        </w:rPr>
      </w:pPr>
      <w:r w:rsidRPr="0060354E">
        <w:rPr>
          <w:lang w:val="da-DK"/>
        </w:rPr>
        <w:t>Er fortrolig med IT og Microsoft Office</w:t>
      </w:r>
      <w:r w:rsidR="00AB6E2C" w:rsidRPr="0060354E">
        <w:rPr>
          <w:lang w:val="da-DK"/>
        </w:rPr>
        <w:t xml:space="preserve"> (herunder Excel)</w:t>
      </w:r>
      <w:r w:rsidRPr="0060354E">
        <w:rPr>
          <w:lang w:val="da-DK"/>
        </w:rPr>
        <w:t>, taler og skriver dansk og kan begå dig på engelsk.</w:t>
      </w:r>
    </w:p>
    <w:p w14:paraId="2FA560FE" w14:textId="77777777" w:rsidR="002D3375" w:rsidRPr="0060354E" w:rsidRDefault="00750841">
      <w:pPr>
        <w:pStyle w:val="Opstilling-punkttegn"/>
        <w:rPr>
          <w:lang w:val="da-DK"/>
        </w:rPr>
      </w:pPr>
      <w:r w:rsidRPr="0060354E">
        <w:rPr>
          <w:lang w:val="da-DK"/>
        </w:rPr>
        <w:t>Har kørekort til bil og gerne interesse for det maritime miljø.</w:t>
      </w:r>
    </w:p>
    <w:p w14:paraId="7686B0B5" w14:textId="77777777" w:rsidR="002D3375" w:rsidRPr="0060354E" w:rsidRDefault="00750841">
      <w:pPr>
        <w:rPr>
          <w:lang w:val="da-DK"/>
        </w:rPr>
      </w:pPr>
      <w:r w:rsidRPr="0060354E">
        <w:rPr>
          <w:lang w:val="da-DK"/>
        </w:rPr>
        <w:t>Certifikat til teleskoplæsser og bopæl i lokalområdet er en fordel, men ikke et krav. Du behøver ikke kunne alt fra første dag – engagement og lyst til at lære tæller også.</w:t>
      </w:r>
    </w:p>
    <w:p w14:paraId="2836180D" w14:textId="77777777" w:rsidR="002D3375" w:rsidRPr="0060354E" w:rsidRDefault="00750841">
      <w:pPr>
        <w:pStyle w:val="Overskrift2"/>
        <w:rPr>
          <w:lang w:val="da-DK"/>
        </w:rPr>
      </w:pPr>
      <w:r w:rsidRPr="0060354E">
        <w:rPr>
          <w:lang w:val="da-DK"/>
        </w:rPr>
        <w:t>Vi tilbyder</w:t>
      </w:r>
    </w:p>
    <w:p w14:paraId="3E456DC9" w14:textId="77777777" w:rsidR="002D3375" w:rsidRPr="0060354E" w:rsidRDefault="00750841">
      <w:pPr>
        <w:rPr>
          <w:lang w:val="da-DK"/>
        </w:rPr>
      </w:pPr>
      <w:r w:rsidRPr="0060354E">
        <w:rPr>
          <w:lang w:val="da-DK"/>
        </w:rPr>
        <w:t>En varieret arbejdsdag ved Roskilde Fjord med stor selvstændighed, frihed under ansvar og mulighed for at præge havnens daglige drift. Stillingen kan indebære telefonisk tilgængelighed uden for normal arbejdstid efter nærmere aftale.</w:t>
      </w:r>
    </w:p>
    <w:p w14:paraId="0891814E" w14:textId="77777777" w:rsidR="002D3375" w:rsidRPr="0060354E" w:rsidRDefault="00750841">
      <w:pPr>
        <w:pStyle w:val="Overskrift2"/>
        <w:rPr>
          <w:lang w:val="da-DK"/>
        </w:rPr>
      </w:pPr>
      <w:r w:rsidRPr="0060354E">
        <w:rPr>
          <w:lang w:val="da-DK"/>
        </w:rPr>
        <w:t>Ansøgning og kontakt</w:t>
      </w:r>
    </w:p>
    <w:p w14:paraId="511A332D" w14:textId="1EDFD48F" w:rsidR="002D3375" w:rsidRDefault="00750841">
      <w:r w:rsidRPr="0060354E">
        <w:rPr>
          <w:lang w:val="da-DK"/>
        </w:rPr>
        <w:t xml:space="preserve">Send din ansøgning og dit CV senest den </w:t>
      </w:r>
      <w:r w:rsidR="00FB1E95">
        <w:rPr>
          <w:lang w:val="da-DK"/>
        </w:rPr>
        <w:t>8. november</w:t>
      </w:r>
      <w:r w:rsidRPr="0060354E">
        <w:rPr>
          <w:lang w:val="da-DK"/>
        </w:rPr>
        <w:t xml:space="preserve"> 2026 til Steen Hasselriis, formand, på steen@hasselriis.dk. Har du spørgsmål, kan du ringe på 26 30 17 44. Læs me</w:t>
      </w:r>
      <w:r>
        <w:t>re på www.frv-havn.dk.</w:t>
      </w:r>
    </w:p>
    <w:sectPr w:rsidR="002D3375" w:rsidSect="00034616">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430852696">
    <w:abstractNumId w:val="8"/>
  </w:num>
  <w:num w:numId="2" w16cid:durableId="1724861756">
    <w:abstractNumId w:val="6"/>
  </w:num>
  <w:num w:numId="3" w16cid:durableId="1726022334">
    <w:abstractNumId w:val="5"/>
  </w:num>
  <w:num w:numId="4" w16cid:durableId="1866747380">
    <w:abstractNumId w:val="4"/>
  </w:num>
  <w:num w:numId="5" w16cid:durableId="1807702008">
    <w:abstractNumId w:val="7"/>
  </w:num>
  <w:num w:numId="6" w16cid:durableId="831263063">
    <w:abstractNumId w:val="3"/>
  </w:num>
  <w:num w:numId="7" w16cid:durableId="942877540">
    <w:abstractNumId w:val="2"/>
  </w:num>
  <w:num w:numId="8" w16cid:durableId="668749104">
    <w:abstractNumId w:val="1"/>
  </w:num>
  <w:num w:numId="9" w16cid:durableId="1029642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767"/>
    <w:rsid w:val="0029639D"/>
    <w:rsid w:val="002D3375"/>
    <w:rsid w:val="00326F90"/>
    <w:rsid w:val="00392359"/>
    <w:rsid w:val="0060354E"/>
    <w:rsid w:val="006F4D3A"/>
    <w:rsid w:val="00750841"/>
    <w:rsid w:val="00AA1D8D"/>
    <w:rsid w:val="00AB6E2C"/>
    <w:rsid w:val="00B1483B"/>
    <w:rsid w:val="00B47730"/>
    <w:rsid w:val="00B7325C"/>
    <w:rsid w:val="00CB0664"/>
    <w:rsid w:val="00FB1E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A810A6"/>
  <w14:defaultImageDpi w14:val="300"/>
  <w15:docId w15:val="{C1FB6B07-91B1-40A4-B7E9-F7D1238C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color w:val="23303B"/>
      <w:sz w:val="21"/>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114B65"/>
      <w:sz w:val="24"/>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14B65"/>
      <w:spacing w:val="5"/>
      <w:kern w:val="28"/>
      <w:sz w:val="38"/>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1852</Characters>
  <Application>Microsoft Office Word</Application>
  <DocSecurity>0</DocSecurity>
  <Lines>28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Steen</cp:lastModifiedBy>
  <cp:revision>6</cp:revision>
  <dcterms:created xsi:type="dcterms:W3CDTF">2026-10-23T06:59:00Z</dcterms:created>
  <dcterms:modified xsi:type="dcterms:W3CDTF">2026-10-23T07:03:00Z</dcterms:modified>
  <cp:category/>
</cp:coreProperties>
</file>